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E3E7A"/>
        </w:rPr>
        <w:t>USR INFOTECH · USR One</w:t>
      </w:r>
    </w:p>
    <w:p>
      <w:pPr>
        <w:pStyle w:val="Heading1"/>
      </w:pPr>
      <w:r>
        <w:t>Appointment letter</w:t>
      </w:r>
    </w:p>
    <w:p>
      <w:r>
        <w:t>[Date]</w:t>
      </w:r>
    </w:p>
    <w:p>
      <w:r>
        <w:t>[Employee name]</w:t>
        <w:br/>
        <w:t>[Address]</w:t>
      </w:r>
    </w:p>
    <w:p>
      <w:r>
        <w:t>Dear [Employee name],</w:t>
      </w:r>
    </w:p>
    <w:p>
      <w:r>
        <w:t>We are pleased to appoint you as [Designation] at [Company name], on the terms below.</w:t>
      </w:r>
    </w:p>
    <w:p>
      <w:pPr>
        <w:pStyle w:val="Heading2"/>
      </w:pPr>
      <w:r>
        <w:t>1. Start date and place of work</w:t>
      </w:r>
    </w:p>
    <w:p>
      <w:r>
        <w:t>Your employment starts on [date] at [location].</w:t>
      </w:r>
    </w:p>
    <w:p>
      <w:pPr>
        <w:pStyle w:val="Heading2"/>
      </w:pPr>
      <w:r>
        <w:t>2. Pay</w:t>
      </w:r>
    </w:p>
    <w:p>
      <w:r>
        <w:t>Your yearly cost to company is ₹[amount], made up as shown in Annexure A. Pay is credited by [day] of each month, after tax and other deductions required by law.</w:t>
      </w:r>
    </w:p>
    <w:p>
      <w:pPr>
        <w:pStyle w:val="Heading2"/>
      </w:pPr>
      <w:r>
        <w:t>3. Probation</w:t>
      </w:r>
    </w:p>
    <w:p>
      <w:r>
        <w:t>You will be on probation for [3/6] months. On successful completion we will confirm you in writing.</w:t>
      </w:r>
    </w:p>
    <w:p>
      <w:pPr>
        <w:pStyle w:val="Heading2"/>
      </w:pPr>
      <w:r>
        <w:t>4. Working hours and leave</w:t>
      </w:r>
    </w:p>
    <w:p>
      <w:r>
        <w:t>Working hours are [hours] on [days]. You are entitled to [number] days of leave a year as per the leave policy.</w:t>
      </w:r>
    </w:p>
    <w:p>
      <w:pPr>
        <w:pStyle w:val="Heading2"/>
      </w:pPr>
      <w:r>
        <w:t>5. Notice period</w:t>
      </w:r>
    </w:p>
    <w:p>
      <w:r>
        <w:t>Either side may end this employment with [30/60] days' written notice, or pay in place of notice, after confirmation.</w:t>
      </w:r>
    </w:p>
    <w:p>
      <w:pPr>
        <w:pStyle w:val="Heading2"/>
      </w:pPr>
      <w:r>
        <w:t>6. Policies</w:t>
      </w:r>
    </w:p>
    <w:p>
      <w:r>
        <w:t>You agree to follow the company's policies, including the code of conduct, POSH, IT use and data privacy policies.</w:t>
      </w:r>
    </w:p>
    <w:p>
      <w:r>
        <w:t>Please sign and return a copy to accept this offer.</w:t>
      </w:r>
    </w:p>
    <w:p>
      <w:r>
        <w:t>For [Company name]</w:t>
        <w:br/>
        <w:t>[Name, designation]</w:t>
      </w:r>
    </w:p>
    <w:p>
      <w:r>
        <w:t>Accepted: ____________________   Date: __________</w:t>
      </w:r>
    </w:p>
    <w:p>
      <w:pPr>
        <w:pStyle w:val="Heading2"/>
      </w:pPr>
      <w:r>
        <w:t>Annexure A: Salary structure</w:t>
      </w:r>
    </w:p>
    <w:p>
      <w:r>
        <w:t>[Paste the breakup from the salary structure template.]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usrinfo.tech/templates · © 2026 USR INFOTECH Solutions Pvt Ltd · v1.0, 3 Nov 2026 · A sample to adapt; have it checked against the law that applies to you. Do this in USR Hire: usrinfo.tech/apps/hire/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